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8"/>
        </w:rPr>
        <w:t>Переменные шаблонов</w:t>
      </w:r>
    </w:p>
    <w:p>
      <w:r>
        <w:rPr>
          <w:b w:val="0"/>
          <w:sz w:val="22"/>
        </w:rPr>
        <w:t>Список переменных для шаблонов Word. Переменная подставляется в текст как есть: {{имя_переменной}}. Циклы: &lt;!-- loop:имя --&gt; ... &lt;!-- loop_end --&gt;.</w:t>
      </w:r>
    </w:p>
    <w:p>
      <w:r>
        <w:rPr>
          <w:b/>
          <w:sz w:val="24"/>
        </w:rPr>
        <w:t>Общие переменные</w:t>
      </w:r>
    </w:p>
    <w:p>
      <w:pPr>
        <w:pStyle w:val="ListBullet"/>
      </w:pPr>
      <w:r>
        <w:rPr>
          <w:sz w:val="22"/>
        </w:rPr>
        <w:t>{{company_full_name}} — Полное наименование организации (им.п.)</w:t>
      </w:r>
    </w:p>
    <w:p>
      <w:pPr>
        <w:pStyle w:val="ListBullet"/>
      </w:pPr>
      <w:r>
        <w:rPr>
          <w:sz w:val="22"/>
        </w:rPr>
        <w:t>{{company_full_name_genitive}} — Полное наименование (род.п.)</w:t>
      </w:r>
    </w:p>
    <w:p>
      <w:pPr>
        <w:pStyle w:val="ListBullet"/>
      </w:pPr>
      <w:r>
        <w:rPr>
          <w:sz w:val="22"/>
        </w:rPr>
        <w:t>{{company_full_name_dative}} — Полное наименование (дат.п.)</w:t>
      </w:r>
    </w:p>
    <w:p>
      <w:pPr>
        <w:pStyle w:val="ListBullet"/>
      </w:pPr>
      <w:r>
        <w:rPr>
          <w:sz w:val="22"/>
        </w:rPr>
        <w:t>{{company_full_name_accs}} — Полное наименование (вин.п.)</w:t>
      </w:r>
    </w:p>
    <w:p>
      <w:pPr>
        <w:pStyle w:val="ListBullet"/>
      </w:pPr>
      <w:r>
        <w:rPr>
          <w:sz w:val="22"/>
        </w:rPr>
        <w:t>{{company_full_name_ablt}} — Полное наименование (твор.п.)</w:t>
      </w:r>
    </w:p>
    <w:p>
      <w:pPr>
        <w:pStyle w:val="ListBullet"/>
      </w:pPr>
      <w:r>
        <w:rPr>
          <w:sz w:val="22"/>
        </w:rPr>
        <w:t>{{company_full_name_loct}} — Полное наименование (пр.п.)</w:t>
      </w:r>
    </w:p>
    <w:p>
      <w:pPr>
        <w:pStyle w:val="ListBullet"/>
      </w:pPr>
      <w:r>
        <w:rPr>
          <w:sz w:val="22"/>
        </w:rPr>
        <w:t>{{company_short_name}} — Краткое наименование (им.п.)</w:t>
      </w:r>
    </w:p>
    <w:p>
      <w:pPr>
        <w:pStyle w:val="ListBullet"/>
      </w:pPr>
      <w:r>
        <w:rPr>
          <w:sz w:val="22"/>
        </w:rPr>
        <w:t>{{company_short_name_genitive}} — Краткое наименование (род.п.)</w:t>
      </w:r>
    </w:p>
    <w:p>
      <w:pPr>
        <w:pStyle w:val="ListBullet"/>
      </w:pPr>
      <w:r>
        <w:rPr>
          <w:sz w:val="22"/>
        </w:rPr>
        <w:t>{{company_short_name_dative}} — Краткое наименование (дат.п.)</w:t>
      </w:r>
    </w:p>
    <w:p>
      <w:pPr>
        <w:pStyle w:val="ListBullet"/>
      </w:pPr>
      <w:r>
        <w:rPr>
          <w:sz w:val="22"/>
        </w:rPr>
        <w:t>{{company_short_name_accs}} — Краткое наименование (вин.п.)</w:t>
      </w:r>
    </w:p>
    <w:p>
      <w:pPr>
        <w:pStyle w:val="ListBullet"/>
      </w:pPr>
      <w:r>
        <w:rPr>
          <w:sz w:val="22"/>
        </w:rPr>
        <w:t>{{company_short_name_ablt}} — Краткое наименование (твор.п.)</w:t>
      </w:r>
    </w:p>
    <w:p>
      <w:pPr>
        <w:pStyle w:val="ListBullet"/>
      </w:pPr>
      <w:r>
        <w:rPr>
          <w:sz w:val="22"/>
        </w:rPr>
        <w:t>{{company_short_name_loct}} — Краткое наименование (пр.п.)</w:t>
      </w:r>
    </w:p>
    <w:p>
      <w:pPr>
        <w:pStyle w:val="ListBullet"/>
      </w:pPr>
      <w:r>
        <w:rPr>
          <w:sz w:val="22"/>
        </w:rPr>
        <w:t>{{chief_position}} — Должность руководителя</w:t>
      </w:r>
    </w:p>
    <w:p>
      <w:pPr>
        <w:pStyle w:val="ListBullet"/>
      </w:pPr>
      <w:r>
        <w:rPr>
          <w:sz w:val="22"/>
        </w:rPr>
        <w:t>{{chief_fio_initials}} — И.О. Фамилия руководителя</w:t>
      </w:r>
    </w:p>
    <w:p>
      <w:pPr>
        <w:pStyle w:val="ListBullet"/>
      </w:pPr>
      <w:r>
        <w:rPr>
          <w:sz w:val="22"/>
        </w:rPr>
        <w:t>{{chief_fio_short}} — Фамилия И.О. руководителя</w:t>
      </w:r>
    </w:p>
    <w:p>
      <w:pPr>
        <w:pStyle w:val="ListBullet"/>
      </w:pPr>
      <w:r>
        <w:rPr>
          <w:sz w:val="22"/>
        </w:rPr>
        <w:t>{{responsible_position}} — Должность ответственного</w:t>
      </w:r>
    </w:p>
    <w:p>
      <w:pPr>
        <w:pStyle w:val="ListBullet"/>
      </w:pPr>
      <w:r>
        <w:rPr>
          <w:sz w:val="22"/>
        </w:rPr>
        <w:t>{{responsible_fio_initials}} — И.О. Фамилия ответственного</w:t>
      </w:r>
    </w:p>
    <w:p>
      <w:pPr>
        <w:pStyle w:val="ListBullet"/>
      </w:pPr>
      <w:r>
        <w:rPr>
          <w:sz w:val="22"/>
        </w:rPr>
        <w:t>{{responsible_fio_short}} — Фамилия И.О. ответственного</w:t>
      </w:r>
    </w:p>
    <w:p>
      <w:pPr>
        <w:pStyle w:val="ListBullet"/>
      </w:pPr>
      <w:r>
        <w:rPr>
          <w:sz w:val="22"/>
        </w:rPr>
        <w:t>{{admin_position}} — Должность администратора</w:t>
      </w:r>
    </w:p>
    <w:p>
      <w:pPr>
        <w:pStyle w:val="ListBullet"/>
      </w:pPr>
      <w:r>
        <w:rPr>
          <w:sz w:val="22"/>
        </w:rPr>
        <w:t>{{admin_fio_initials}} — И.О. Фамилия администратора</w:t>
      </w:r>
    </w:p>
    <w:p>
      <w:pPr>
        <w:pStyle w:val="ListBullet"/>
      </w:pPr>
      <w:r>
        <w:rPr>
          <w:sz w:val="22"/>
        </w:rPr>
        <w:t>{{admin_fio_short}} — Фамилия И.О. администратора</w:t>
      </w:r>
    </w:p>
    <w:p>
      <w:pPr>
        <w:pStyle w:val="ListBullet"/>
      </w:pPr>
      <w:r>
        <w:rPr>
          <w:sz w:val="22"/>
        </w:rPr>
        <w:t>{{company_address}} — Адрес организации</w:t>
      </w:r>
    </w:p>
    <w:p>
      <w:pPr>
        <w:pStyle w:val="ListBullet"/>
      </w:pPr>
      <w:r>
        <w:rPr>
          <w:sz w:val="22"/>
        </w:rPr>
        <w:t>{{city_name}} — Город</w:t>
      </w:r>
    </w:p>
    <w:p>
      <w:pPr>
        <w:pStyle w:val="ListBullet"/>
      </w:pPr>
      <w:r>
        <w:rPr>
          <w:sz w:val="22"/>
        </w:rPr>
        <w:t>{{company_inn}} — ИНН</w:t>
      </w:r>
    </w:p>
    <w:p>
      <w:pPr>
        <w:pStyle w:val="ListBullet"/>
      </w:pPr>
      <w:r>
        <w:rPr>
          <w:sz w:val="22"/>
        </w:rPr>
        <w:t>{{company_ogrn}} — ОГРН</w:t>
      </w:r>
    </w:p>
    <w:p>
      <w:pPr>
        <w:pStyle w:val="ListBullet"/>
      </w:pPr>
      <w:r>
        <w:rPr>
          <w:sz w:val="22"/>
        </w:rPr>
        <w:t>{{company_ogrn_date}} — Дата ОГРН</w:t>
      </w:r>
    </w:p>
    <w:p>
      <w:pPr>
        <w:pStyle w:val="ListBullet"/>
      </w:pPr>
      <w:r>
        <w:rPr>
          <w:sz w:val="22"/>
        </w:rPr>
        <w:t>{{company_kpp}} — КПП</w:t>
      </w:r>
    </w:p>
    <w:p>
      <w:pPr>
        <w:pStyle w:val="ListBullet"/>
      </w:pPr>
      <w:r>
        <w:rPr>
          <w:sz w:val="22"/>
        </w:rPr>
        <w:t>{{security_department}} — Наименование структурного подразделения по безопасности</w:t>
      </w:r>
    </w:p>
    <w:p>
      <w:pPr>
        <w:pStyle w:val="ListBullet"/>
      </w:pPr>
      <w:r>
        <w:rPr>
          <w:sz w:val="22"/>
        </w:rPr>
        <w:t>{{commission_list}} — Список комиссии</w:t>
      </w:r>
    </w:p>
    <w:p>
      <w:pPr>
        <w:pStyle w:val="ListBullet"/>
      </w:pPr>
      <w:r>
        <w:rPr>
          <w:sz w:val="22"/>
        </w:rPr>
        <w:t>{{date_year}} — Текущий год</w:t>
      </w:r>
    </w:p>
    <w:p>
      <w:pPr>
        <w:pStyle w:val="ListBullet"/>
      </w:pPr>
      <w:r>
        <w:rPr>
          <w:sz w:val="22"/>
        </w:rPr>
        <w:t>{{date}} — Текущая дата</w:t>
      </w:r>
    </w:p>
    <w:p>
      <w:pPr>
        <w:pStyle w:val="ListBullet"/>
      </w:pPr>
      <w:r>
        <w:rPr>
          <w:sz w:val="22"/>
        </w:rPr>
        <w:t>{{document_date}} — Дата документа</w:t>
      </w:r>
    </w:p>
    <w:p>
      <w:pPr>
        <w:pStyle w:val="ListBullet"/>
      </w:pPr>
      <w:r>
        <w:rPr>
          <w:sz w:val="22"/>
        </w:rPr>
        <w:t>{{document_number}} — Номер документа</w:t>
      </w:r>
    </w:p>
    <w:p>
      <w:pPr>
        <w:pStyle w:val="ListBullet"/>
      </w:pPr>
      <w:r>
        <w:rPr>
          <w:sz w:val="22"/>
        </w:rPr>
        <w:t>{{full_name_genitive}} — Полное наименование (род.п., алиас)</w:t>
      </w:r>
    </w:p>
    <w:p>
      <w:pPr>
        <w:pStyle w:val="ListBullet"/>
      </w:pPr>
      <w:r>
        <w:rPr>
          <w:sz w:val="22"/>
        </w:rPr>
        <w:t>{{document}} — Название бумажного документа (алиас)</w:t>
      </w:r>
    </w:p>
    <w:p>
      <w:pPr>
        <w:pStyle w:val="ListBullet"/>
      </w:pPr>
      <w:r>
        <w:rPr>
          <w:sz w:val="22"/>
        </w:rPr>
        <w:t>{{storage}} — Место хранения (алиас)</w:t>
      </w:r>
    </w:p>
    <w:p>
      <w:pPr>
        <w:pStyle w:val="ListBullet"/>
      </w:pPr>
      <w:r>
        <w:rPr>
          <w:sz w:val="22"/>
        </w:rPr>
        <w:t>{{responsible_fio_accs}} — ФИО ответственного (вин.п.)</w:t>
      </w:r>
    </w:p>
    <w:p>
      <w:pPr>
        <w:pStyle w:val="ListBullet"/>
      </w:pPr>
      <w:r>
        <w:rPr>
          <w:sz w:val="22"/>
        </w:rPr>
        <w:t>{{commission1}} — Должность члена комиссии 1</w:t>
      </w:r>
    </w:p>
    <w:p>
      <w:pPr>
        <w:pStyle w:val="ListBullet"/>
      </w:pPr>
      <w:r>
        <w:rPr>
          <w:sz w:val="22"/>
        </w:rPr>
        <w:t>{{commission1_fio}} — ФИО члена комиссии 1</w:t>
      </w:r>
    </w:p>
    <w:p>
      <w:pPr>
        <w:pStyle w:val="ListBullet"/>
      </w:pPr>
      <w:r>
        <w:rPr>
          <w:sz w:val="22"/>
        </w:rPr>
        <w:t>{{commission2}} — Должность члена комиссии 2</w:t>
      </w:r>
    </w:p>
    <w:p>
      <w:pPr>
        <w:pStyle w:val="ListBullet"/>
      </w:pPr>
      <w:r>
        <w:rPr>
          <w:sz w:val="22"/>
        </w:rPr>
        <w:t>{{commission2_fio}} — ФИО члена комиссии 2</w:t>
      </w:r>
    </w:p>
    <w:p>
      <w:pPr>
        <w:pStyle w:val="ListBullet"/>
      </w:pPr>
      <w:r>
        <w:rPr>
          <w:sz w:val="22"/>
        </w:rPr>
        <w:t>{{commission3}} — Должность члена комиссии 3</w:t>
      </w:r>
    </w:p>
    <w:p>
      <w:pPr>
        <w:pStyle w:val="ListBullet"/>
      </w:pPr>
      <w:r>
        <w:rPr>
          <w:sz w:val="22"/>
        </w:rPr>
        <w:t>{{commission3_fio}} — ФИО члена комиссии 3</w:t>
      </w:r>
    </w:p>
    <w:p>
      <w:r>
        <w:rPr>
          <w:b/>
          <w:sz w:val="24"/>
        </w:rPr>
        <w:t>152-ФЗ (персональные данные)</w:t>
      </w:r>
    </w:p>
    <w:p>
      <w:pPr>
        <w:pStyle w:val="ListBullet"/>
      </w:pPr>
      <w:r>
        <w:rPr>
          <w:sz w:val="22"/>
        </w:rPr>
        <w:t>{{item.pd_actions}} — Действия с ПДн (в цикле ИС)</w:t>
      </w:r>
    </w:p>
    <w:p>
      <w:pPr>
        <w:pStyle w:val="ListBullet"/>
      </w:pPr>
      <w:r>
        <w:rPr>
          <w:sz w:val="22"/>
        </w:rPr>
        <w:t>{{is_security_requirements}} — Требования уровня защищённости</w:t>
      </w:r>
    </w:p>
    <w:p>
      <w:pPr>
        <w:pStyle w:val="ListBullet"/>
      </w:pPr>
      <w:r>
        <w:rPr>
          <w:sz w:val="22"/>
        </w:rPr>
        <w:t>{{is_list}} — Список всех ИС (нумерованный)</w:t>
      </w:r>
    </w:p>
    <w:p>
      <w:pPr>
        <w:pStyle w:val="ListBullet"/>
      </w:pPr>
      <w:r>
        <w:rPr>
          <w:sz w:val="22"/>
        </w:rPr>
        <w:t>{{is_name}} — Наименование первой ИС</w:t>
      </w:r>
    </w:p>
    <w:p>
      <w:pPr>
        <w:pStyle w:val="ListBullet"/>
      </w:pPr>
      <w:r>
        <w:rPr>
          <w:sz w:val="22"/>
        </w:rPr>
        <w:t>{{name}} — Название ИС (алиас)</w:t>
      </w:r>
    </w:p>
    <w:p>
      <w:pPr>
        <w:pStyle w:val="ListBullet"/>
      </w:pPr>
      <w:r>
        <w:rPr>
          <w:sz w:val="22"/>
        </w:rPr>
        <w:t>{{description}} — Описание ИС (алиас)</w:t>
      </w:r>
    </w:p>
    <w:p>
      <w:pPr>
        <w:pStyle w:val="ListBullet"/>
      </w:pPr>
      <w:r>
        <w:rPr>
          <w:sz w:val="22"/>
        </w:rPr>
        <w:t>{{category}} — Категория ИС (алиас)</w:t>
      </w:r>
    </w:p>
    <w:p>
      <w:pPr>
        <w:pStyle w:val="ListBullet"/>
      </w:pPr>
      <w:r>
        <w:rPr>
          <w:sz w:val="22"/>
        </w:rPr>
        <w:t>{{number}} — Номер (алиас)</w:t>
      </w:r>
    </w:p>
    <w:p>
      <w:pPr>
        <w:pStyle w:val="ListBullet"/>
      </w:pPr>
      <w:r>
        <w:rPr>
          <w:sz w:val="22"/>
        </w:rPr>
        <w:t>{{pd_count}} — Количество записей ПДн (алиас)</w:t>
      </w:r>
    </w:p>
    <w:p>
      <w:pPr>
        <w:pStyle w:val="ListBullet"/>
      </w:pPr>
      <w:r>
        <w:rPr>
          <w:sz w:val="22"/>
        </w:rPr>
        <w:t>{{pd_list}} — Список ПДн (алиас)</w:t>
      </w:r>
    </w:p>
    <w:p>
      <w:pPr>
        <w:pStyle w:val="ListBullet"/>
      </w:pPr>
      <w:r>
        <w:rPr>
          <w:sz w:val="22"/>
        </w:rPr>
        <w:t>{{pd_subjects}} — Субъекты ПДн (алиас)</w:t>
      </w:r>
    </w:p>
    <w:p>
      <w:pPr>
        <w:pStyle w:val="ListBullet"/>
      </w:pPr>
      <w:r>
        <w:rPr>
          <w:sz w:val="22"/>
        </w:rPr>
        <w:t>{{threat_type}} — Тип угроз (алиас)</w:t>
      </w:r>
    </w:p>
    <w:p>
      <w:pPr>
        <w:pStyle w:val="ListBullet"/>
      </w:pPr>
      <w:r>
        <w:rPr>
          <w:sz w:val="22"/>
        </w:rPr>
        <w:t>{{users}} — Пользователи ИС (алиас)</w:t>
      </w:r>
    </w:p>
    <w:p>
      <w:pPr>
        <w:pStyle w:val="ListBullet"/>
      </w:pPr>
      <w:r>
        <w:rPr>
          <w:sz w:val="22"/>
        </w:rPr>
        <w:t>{{defence_level}} — Уровень защищённости (алиас)</w:t>
      </w:r>
    </w:p>
    <w:p>
      <w:r>
        <w:rPr>
          <w:b/>
          <w:sz w:val="24"/>
        </w:rPr>
        <w:t>Циклы</w:t>
      </w:r>
    </w:p>
    <w:p>
      <w:pPr>
        <w:pStyle w:val="ListBullet"/>
      </w:pPr>
      <w:r>
        <w:rPr>
          <w:sz w:val="22"/>
        </w:rPr>
        <w:t>information_systems — ИС ({{item.name}}, {{item.description}}, {{item.structure}}, {{item.pd_actions}}, {{item.defense_tools_list}}, {{item.users}}, {{item.category}}, {{item.pd_count}} и др.).</w:t>
      </w:r>
    </w:p>
    <w:p>
      <w:pPr>
        <w:pStyle w:val="ListBullet"/>
      </w:pPr>
      <w:r>
        <w:rPr>
          <w:sz w:val="22"/>
        </w:rPr>
        <w:t>commission — комиссия ({{item.role}}, {{item.position}}, {{item.fio}}, {{item.fio_initials}}, {{item.fio_short}}, {{item.signature}}).</w:t>
      </w:r>
    </w:p>
    <w:p>
      <w:pPr>
        <w:pStyle w:val="ListBullet"/>
      </w:pPr>
      <w:r>
        <w:rPr>
          <w:sz w:val="22"/>
        </w:rPr>
        <w:t>employees_access — сотрудники с доступом ({{item.position}}, {{item.fio}}).</w:t>
      </w:r>
    </w:p>
    <w:p>
      <w:pPr>
        <w:pStyle w:val="ListBullet"/>
      </w:pPr>
      <w:r>
        <w:rPr>
          <w:sz w:val="22"/>
        </w:rPr>
        <w:t>paper_documents — бумажные документы ({{item.document}}, {{item.storage}}).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