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8"/>
        </w:rPr>
        <w:t>ДоКоГеНеРаТоР — 152-ФЗ</w:t>
      </w:r>
    </w:p>
    <w:p>
      <w:r>
        <w:rPr>
          <w:b/>
          <w:sz w:val="26"/>
        </w:rPr>
        <w:t>Инструкция администратора</w:t>
      </w:r>
    </w:p>
    <w:p>
      <w:r>
        <w:rPr>
          <w:b/>
          <w:sz w:val="24"/>
        </w:rPr>
        <w:t>1. Файлы настроек рядом с программой</w:t>
      </w:r>
    </w:p>
    <w:p>
      <w:pPr>
        <w:pStyle w:val="ListBullet"/>
      </w:pPr>
      <w:r>
        <w:rPr>
          <w:sz w:val="22"/>
        </w:rPr>
        <w:t>api_settings.json — API-ключи (DaData, ИИ).</w:t>
      </w:r>
    </w:p>
    <w:p>
      <w:pPr>
        <w:pStyle w:val="ListBullet"/>
      </w:pPr>
      <w:r>
        <w:rPr>
          <w:sz w:val="22"/>
        </w:rPr>
        <w:t>import_settings.json — словарь импорта: что и откуда брать из опросника.</w:t>
      </w:r>
    </w:p>
    <w:p>
      <w:pPr>
        <w:pStyle w:val="ListBullet"/>
      </w:pPr>
      <w:r>
        <w:rPr>
          <w:sz w:val="22"/>
        </w:rPr>
        <w:t>dictionaries/ — справочники: defense_tools.json, pd_actions.json, pd_items.json, pd_categories.json.</w:t>
      </w:r>
    </w:p>
    <w:p>
      <w:pPr>
        <w:pStyle w:val="ListBullet"/>
      </w:pPr>
      <w:r>
        <w:rPr>
          <w:sz w:val="22"/>
        </w:rPr>
        <w:t>dokogen.log — журнал работы (пишется автоматически).</w:t>
      </w:r>
    </w:p>
    <w:p>
      <w:pPr>
        <w:pStyle w:val="ListBullet"/>
      </w:pPr>
      <w:r>
        <w:rPr>
          <w:sz w:val="22"/>
        </w:rPr>
        <w:t>docs/ — инструкции и пустой опросник (создаются автоматически).</w:t>
      </w:r>
    </w:p>
    <w:p>
      <w:r>
        <w:rPr>
          <w:b/>
          <w:sz w:val="24"/>
        </w:rPr>
        <w:t>2. Словари (папка dictionaries)</w:t>
      </w:r>
    </w:p>
    <w:p>
      <w:r>
        <w:rPr>
          <w:b w:val="0"/>
          <w:sz w:val="22"/>
        </w:rPr>
        <w:t>JSON-файлы со списками значений для выпадающих списков. Формат — простой массив строк:</w:t>
      </w:r>
    </w:p>
    <w:p>
      <w:r>
        <w:rPr>
          <w:b/>
          <w:sz w:val="22"/>
        </w:rPr>
        <w:t>[</w:t>
        <w:br/>
        <w:t xml:space="preserve">  "Антивирусное ПО",</w:t>
        <w:br/>
        <w:t xml:space="preserve">  "СКЗИ (криптография)",</w:t>
        <w:br/>
        <w:t xml:space="preserve">  "Межсетевой экран"</w:t>
        <w:br/>
        <w:t>]</w:t>
      </w:r>
    </w:p>
    <w:p>
      <w:r>
        <w:rPr>
          <w:b w:val="0"/>
          <w:sz w:val="22"/>
        </w:rPr>
        <w:t>Чтобы добавить значение — откройте файл в Блокноте, добавьте строку через запятую и сохраните. Программа перечитает файл при следующем открытии окна выбора.</w:t>
      </w:r>
    </w:p>
    <w:p>
      <w:r>
        <w:rPr>
          <w:b/>
          <w:sz w:val="24"/>
        </w:rPr>
        <w:t>3. Словарь импорта (import_settings.json)</w:t>
      </w:r>
    </w:p>
    <w:p>
      <w:r>
        <w:rPr>
          <w:b w:val="0"/>
          <w:sz w:val="22"/>
        </w:rPr>
        <w:t>Определяет, какие поля опросника импортируются и откуда. Каждое правило:</w:t>
      </w:r>
    </w:p>
    <w:p>
      <w:r>
        <w:rPr>
          <w:b/>
          <w:sz w:val="22"/>
        </w:rPr>
        <w:t>{"name": "Полное наименование организации", "var": "fullName", "cell": "'Общие сведения'!B2", "keywords": "полное наименование организации"}</w:t>
      </w:r>
    </w:p>
    <w:p>
      <w:pPr>
        <w:pStyle w:val="ListBullet"/>
      </w:pPr>
      <w:r>
        <w:rPr>
          <w:sz w:val="22"/>
        </w:rPr>
        <w:t>cell — конкретная ячейка (если заполнена — берём оттуда);</w:t>
      </w:r>
    </w:p>
    <w:p>
      <w:pPr>
        <w:pStyle w:val="ListBullet"/>
      </w:pPr>
      <w:r>
        <w:rPr>
          <w:sz w:val="22"/>
        </w:rPr>
        <w:t>keywords — регулярное выражение для поиска строки-вопроса в колонке A;</w:t>
      </w:r>
    </w:p>
    <w:p>
      <w:pPr>
        <w:pStyle w:val="ListBullet"/>
      </w:pPr>
      <w:r>
        <w:rPr>
          <w:sz w:val="22"/>
        </w:rPr>
        <w:t>var — ключ в данных программы (fullName, inn, kpp, ogrn и т.д.).</w:t>
      </w:r>
    </w:p>
    <w:p>
      <w:r>
        <w:rPr>
          <w:b w:val="0"/>
          <w:sz w:val="22"/>
        </w:rPr>
        <w:t>Также настраиваются: common_sheet_keyword (лист «Общие сведения»), employees_sheet_keyword (лист «Сотрудники»), is_sheet_exclude_keywords (какие листы НЕ ИС), value_column (колонка значения, 1 = B).</w:t>
      </w:r>
    </w:p>
    <w:p>
      <w:r>
        <w:rPr>
          <w:b/>
          <w:sz w:val="24"/>
        </w:rPr>
        <w:t>4. API-ключи (меню «Файл → Настройки»)</w:t>
      </w:r>
    </w:p>
    <w:p>
      <w:r>
        <w:rPr>
          <w:b w:val="0"/>
          <w:sz w:val="22"/>
        </w:rPr>
        <w:t>DaData — проверка организации по ИНН/ОГРН (наименование, адрес, КПП, руководитель).</w:t>
      </w:r>
    </w:p>
    <w:p>
      <w:pPr>
        <w:pStyle w:val="ListBullet"/>
      </w:pPr>
      <w:r>
        <w:rPr>
          <w:sz w:val="22"/>
        </w:rPr>
        <w:t>Где взять: https://dadata.ru → регистрация → раздел API. Бесплатный тариф ~10 000 запросов в день.</w:t>
      </w:r>
    </w:p>
    <w:p>
      <w:pPr>
        <w:pStyle w:val="ListBullet"/>
      </w:pPr>
      <w:r>
        <w:rPr>
          <w:sz w:val="22"/>
        </w:rPr>
        <w:t>Ключ: секция «Статический API-ключ» (формат: буквы и цифры).</w:t>
      </w:r>
    </w:p>
    <w:p>
      <w:r>
        <w:rPr>
          <w:b w:val="0"/>
          <w:sz w:val="22"/>
        </w:rPr>
        <w:t>ИИ (OpenAI-совместимый: DeepSeek, ChatGPT и др.) — проверка склонений и реквизитов.</w:t>
      </w:r>
    </w:p>
    <w:p>
      <w:pPr>
        <w:pStyle w:val="ListBullet"/>
      </w:pPr>
      <w:r>
        <w:rPr>
          <w:sz w:val="22"/>
        </w:rPr>
        <w:t>DeepSeek: https://platform.deepseek.com → API Keys. Модель deepseek-chat. Дешёвая, ключ пополняется деньгами.</w:t>
      </w:r>
    </w:p>
    <w:p>
      <w:pPr>
        <w:pStyle w:val="ListBullet"/>
      </w:pPr>
      <w:r>
        <w:rPr>
          <w:sz w:val="22"/>
        </w:rPr>
        <w:t>ChatGPT/OpenAI: https://platform.openai.com → API Keys. Модели gpt-4o-mini, gpt-4o.</w:t>
      </w:r>
    </w:p>
    <w:p>
      <w:pPr>
        <w:pStyle w:val="ListBullet"/>
      </w:pPr>
      <w:r>
        <w:rPr>
          <w:sz w:val="22"/>
        </w:rPr>
        <w:t>Базовый URL: для DeepSeek можно оставить пустым; для OpenAI — https://api.openai.com.</w:t>
      </w:r>
    </w:p>
    <w:p>
      <w:r>
        <w:rPr>
          <w:b w:val="0"/>
          <w:sz w:val="22"/>
        </w:rPr>
        <w:t>Лимиты запросов: зависят от тарифа. DaData — ~10 000/сутки на бесплатном тарифе. DeepSeek/OpenAI — оплата за токены, лимиты настраиваются в личном кабинете. Рекомендуется не превышать несколько сотен проверок в день, чтобы не упереться в лимиты.</w:t>
      </w:r>
    </w:p>
    <w:p>
      <w:r>
        <w:rPr>
          <w:b/>
          <w:sz w:val="24"/>
        </w:rPr>
        <w:t>5. Морфер 3.0</w:t>
      </w:r>
    </w:p>
    <w:p>
      <w:r>
        <w:rPr>
          <w:b w:val="0"/>
          <w:sz w:val="22"/>
        </w:rPr>
        <w:t>Бесплатный веб-сервис склонения слов и ФИО. Ключ не требуется — программа обращается к https://ws3.morpher.ru автоматически.</w:t>
      </w:r>
    </w:p>
    <w:p>
      <w:r>
        <w:rPr>
          <w:b/>
          <w:sz w:val="24"/>
        </w:rPr>
        <w:t>6. Логи</w:t>
      </w:r>
    </w:p>
    <w:p>
      <w:r>
        <w:rPr>
          <w:b w:val="0"/>
          <w:sz w:val="22"/>
        </w:rPr>
        <w:t>Все действия (импорт, генерация, обращения к Морфер/DaData/ИИ с ответами) записываются в файл dokogen.log рядом с программой. Экспорт лога — кнопка «💾 Экспорт логов» на вкладке «Лог». При проблемах присылайте этот файл разработчику.</w:t>
      </w:r>
    </w:p>
    <w:p>
      <w:r>
        <w:rPr>
          <w:b/>
          <w:sz w:val="24"/>
        </w:rPr>
        <w:t>7. Сборка .exe</w:t>
      </w:r>
    </w:p>
    <w:p>
      <w:r>
        <w:rPr>
          <w:b w:val="0"/>
          <w:sz w:val="22"/>
        </w:rPr>
        <w:t>Программа собирается с PyInstaller: pyinstaller --onefile --windowed main.py. Файлы настроек (api_settings.json, import_settings.json, dictionaries/, docs/) создаются автоматически рядом с .exe при первом запуске и остаются редактируемыми.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